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sz w:val="40"/>
        </w:rPr>
        <w:t>Abid Ali</w:t>
      </w:r>
    </w:p>
    <w:p>
      <w:pPr>
        <w:spacing w:after="20"/>
      </w:pPr>
      <w:r>
        <w:rPr>
          <w:b w:val="0"/>
          <w:sz w:val="23"/>
        </w:rPr>
        <w:t>Full Stack Developer | TypeScript, React, Next.js, React Native, Node.js</w:t>
      </w:r>
    </w:p>
    <w:p>
      <w:pPr>
        <w:spacing w:after="80"/>
      </w:pPr>
      <w:r>
        <w:rPr>
          <w:b w:val="0"/>
        </w:rPr>
        <w:t xml:space="preserve">Karachi, Pakistan | abid.saeed.ali92@gmail.com | +92 3248218854 | </w:t>
      </w:r>
      <w:hyperlink r:id="rId9">
        <w:r>
          <w:rPr/>
          <w:t xml:space="preserve">abid-ali.dev</w:t>
        </w:r>
      </w:hyperlink>
    </w:p>
    <w:p>
      <w:pPr>
        <w:pStyle w:val="Heading1"/>
        <w:pBdr>
          <w:bottom w:val="single" w:sz="6" w:space="1" w:color="000000"/>
        </w:pBdr>
      </w:pPr>
      <w:r>
        <w:t>SUMMARY</w:t>
      </w:r>
    </w:p>
    <w:p>
      <w:r>
        <w:rPr>
          <w:b w:val="0"/>
        </w:rPr>
        <w:t>Full Stack Developer with 5+ years of experience building responsive, maintainable web and mobile applications with TypeScript, React, Next.js, React Native and Node.js. Currently Lead MERN UXD Developer at AutoFintech, working on React and Node.js products with responsibility for UI and UX quality. Freelance full stack developer on Upwork (5.0 rating from 6 ratings) and Fiverr (Level One seller, 4.9 from 24 reviews), delivering SaaS dashboards, admin panels, landing pages, CMS integrations and map-based apps. Builds and runs his own live Next.js products, including OG Scope, Meme Tap and Digital Dialogue.</w:t>
      </w:r>
    </w:p>
    <w:p>
      <w:pPr>
        <w:pStyle w:val="Heading1"/>
        <w:pBdr>
          <w:bottom w:val="single" w:sz="6" w:space="1" w:color="000000"/>
        </w:pBdr>
      </w:pPr>
      <w:r>
        <w:t>SKILLS</w:t>
      </w:r>
    </w:p>
    <w:p>
      <w:r>
        <w:rPr>
          <w:b/>
        </w:rPr>
        <w:t xml:space="preserve">Languages: </w:t>
      </w:r>
      <w:r>
        <w:t>TypeScript, JavaScript (ES6+), HTML5, CSS3, Sass</w:t>
      </w:r>
    </w:p>
    <w:p>
      <w:r>
        <w:rPr>
          <w:b/>
        </w:rPr>
        <w:t xml:space="preserve">Frontend: </w:t>
      </w:r>
      <w:r>
        <w:t>React, Next.js (App Router, server-side rendering), React Native, Tailwind CSS, Material UI, Chakra UI, Headless UI, shadcn/ui, Gatsby, Angular, PrimeNG</w:t>
      </w:r>
    </w:p>
    <w:p>
      <w:r>
        <w:rPr>
          <w:b/>
        </w:rPr>
        <w:t xml:space="preserve">State and forms: </w:t>
      </w:r>
      <w:r>
        <w:t>Redux, React Query, React Context, React Hook Form, Formik</w:t>
      </w:r>
    </w:p>
    <w:p>
      <w:r>
        <w:rPr>
          <w:b/>
        </w:rPr>
        <w:t xml:space="preserve">Backend and data: </w:t>
      </w:r>
      <w:r>
        <w:t>Node.js, Express.js, REST APIs, API integration, MongoDB, Mongoose, Supabase, Redis</w:t>
      </w:r>
    </w:p>
    <w:p>
      <w:r>
        <w:rPr>
          <w:b/>
        </w:rPr>
        <w:t xml:space="preserve">CMS: </w:t>
      </w:r>
      <w:r>
        <w:t>Contentful, Strapi, WordPress</w:t>
      </w:r>
    </w:p>
    <w:p>
      <w:r>
        <w:rPr>
          <w:b/>
        </w:rPr>
        <w:t xml:space="preserve">Testing and tooling: </w:t>
      </w:r>
      <w:r>
        <w:t>Cypress, Jest, Storybook, Git, GitHub, Vercel, Figma, Google Analytics, next-seo</w:t>
      </w:r>
    </w:p>
    <w:p>
      <w:r>
        <w:rPr>
          <w:b/>
        </w:rPr>
        <w:t xml:space="preserve">Specialties: </w:t>
      </w:r>
      <w:r>
        <w:t>Full stack web development, MERN stack, SaaS and admin dashboards, eCommerce, mobile app development, Mapbox and Google Maps, responsive UI, accessibility, technical SEO, web performance</w:t>
      </w:r>
    </w:p>
    <w:p>
      <w:pPr>
        <w:pStyle w:val="Heading1"/>
        <w:pBdr>
          <w:bottom w:val="single" w:sz="6" w:space="1" w:color="000000"/>
        </w:pBdr>
      </w:pPr>
      <w:r>
        <w:t>EXPERIENCE</w:t>
      </w:r>
    </w:p>
    <w:p>
      <w:pPr>
        <w:keepNext/>
        <w:spacing w:before="100"/>
      </w:pPr>
      <w:r>
        <w:rPr>
          <w:b/>
        </w:rPr>
        <w:t>Lead MERN UXD Developer, AutoFintech</w:t>
      </w:r>
      <w:r>
        <w:t xml:space="preserve"> | Full-time | Dec 2024 – Present | London Area, UK (Remote)</w:t>
      </w:r>
    </w:p>
    <w:p>
      <w:pPr>
        <w:spacing w:after="20"/>
        <w:ind w:left="255" w:hanging="170"/>
      </w:pPr>
      <w:r>
        <w:t>• Develop frontend and full stack features for React and Node.js (MERN) products.</w:t>
      </w:r>
    </w:p>
    <w:p>
      <w:pPr>
        <w:spacing w:after="20"/>
        <w:ind w:left="255" w:hanging="170"/>
      </w:pPr>
      <w:r>
        <w:t>• Own UI and UX quality as the lead developer, from interface implementation to responsive behaviour.</w:t>
      </w:r>
    </w:p>
    <w:p>
      <w:pPr>
        <w:keepNext/>
        <w:spacing w:before="100"/>
      </w:pPr>
      <w:r>
        <w:rPr>
          <w:b/>
        </w:rPr>
        <w:t>MERN Stack Developer, Freelance</w:t>
      </w:r>
      <w:r>
        <w:t xml:space="preserve"> | Dec 2022 – Dec 2024 | Remote</w:t>
      </w:r>
    </w:p>
    <w:p>
      <w:pPr>
        <w:spacing w:after="20"/>
        <w:ind w:left="255" w:hanging="170"/>
      </w:pPr>
      <w:r>
        <w:t>• Created a robust admin panel for managing site content, user roles and site analytics, providing a seamless user interface for administrators.</w:t>
      </w:r>
    </w:p>
    <w:p>
      <w:pPr>
        <w:spacing w:after="20"/>
        <w:ind w:left="255" w:hanging="170"/>
      </w:pPr>
      <w:r>
        <w:t>• Delivered full stack React and Node.js development for a client map application on Upwork.</w:t>
      </w:r>
    </w:p>
    <w:p>
      <w:pPr>
        <w:spacing w:after="20"/>
        <w:ind w:left="255" w:hanging="170"/>
      </w:pPr>
      <w:r>
        <w:t>• Fixed Mapbox sign interactivity on zoom in a client React app.</w:t>
      </w:r>
    </w:p>
    <w:p>
      <w:pPr>
        <w:spacing w:after="20"/>
        <w:ind w:left="255" w:hanging="170"/>
      </w:pPr>
      <w:r>
        <w:t>• Redesigned a client page in Next.js, TypeScript and Tailwind CSS, and optimised a one-page React website for mobile.</w:t>
      </w:r>
    </w:p>
    <w:p>
      <w:pPr>
        <w:spacing w:after="20"/>
        <w:ind w:left="255" w:hanging="170"/>
      </w:pPr>
      <w:r>
        <w:t>• Integrated headless CMS platforms, including WordPress, Contentful and Strapi.</w:t>
      </w:r>
    </w:p>
    <w:p>
      <w:pPr>
        <w:spacing w:after="20"/>
        <w:ind w:left="255" w:hanging="170"/>
      </w:pPr>
      <w:r>
        <w:t>• Earned a 5.0 Upwork rating from 6 ratings across 7 completed jobs, and Fiverr Level One status with a 4.9 rating from 24 reviews.</w:t>
      </w:r>
    </w:p>
    <w:p>
      <w:pPr>
        <w:keepNext/>
        <w:spacing w:before="100"/>
      </w:pPr>
      <w:r>
        <w:rPr>
          <w:b/>
        </w:rPr>
        <w:t>NextJS Developer, Secomind.AI India</w:t>
      </w:r>
      <w:r>
        <w:t xml:space="preserve"> | Full-time | Nov 2021 – Nov 2022 | United States (Remote)</w:t>
      </w:r>
    </w:p>
    <w:p>
      <w:pPr>
        <w:spacing w:after="20"/>
        <w:ind w:left="255" w:hanging="170"/>
      </w:pPr>
      <w:r>
        <w:t>• Developed frontend features for web applications with Next.js, React and TypeScript.</w:t>
      </w:r>
    </w:p>
    <w:p>
      <w:pPr>
        <w:spacing w:after="20"/>
        <w:ind w:left="255" w:hanging="170"/>
      </w:pPr>
      <w:r>
        <w:t>• Built responsive user interfaces with Material UI components.</w:t>
      </w:r>
    </w:p>
    <w:p>
      <w:pPr>
        <w:keepNext/>
        <w:spacing w:before="100"/>
      </w:pPr>
      <w:r>
        <w:rPr>
          <w:b/>
        </w:rPr>
        <w:t>React &amp; React Native Developer, Pecan LLC</w:t>
      </w:r>
      <w:r>
        <w:t xml:space="preserve"> | Part-time | Sep 2020 – Oct 2020 | Karachi, Pakistan (Remote)</w:t>
      </w:r>
    </w:p>
    <w:p>
      <w:pPr>
        <w:spacing w:after="20"/>
        <w:ind w:left="255" w:hanging="170"/>
      </w:pPr>
      <w:r>
        <w:t>• Contributed to the development of an e-commerce web app with product listings, shopping cart functionality and user authentication using React and TypeScript.</w:t>
      </w:r>
    </w:p>
    <w:p>
      <w:pPr>
        <w:spacing w:after="20"/>
        <w:ind w:left="255" w:hanging="170"/>
      </w:pPr>
      <w:r>
        <w:t>• Built a React Native mobile commerce interface.</w:t>
      </w:r>
    </w:p>
    <w:p>
      <w:pPr>
        <w:keepNext/>
        <w:spacing w:before="100"/>
      </w:pPr>
      <w:r>
        <w:rPr>
          <w:b/>
        </w:rPr>
        <w:t>Frontend Developer, Freelance</w:t>
      </w:r>
      <w:r>
        <w:t xml:space="preserve"> | Jul 2020 – Aug 2020 | Remote</w:t>
      </w:r>
    </w:p>
    <w:p>
      <w:pPr>
        <w:spacing w:after="20"/>
        <w:ind w:left="255" w:hanging="170"/>
      </w:pPr>
      <w:r>
        <w:t>• Created responsive web applications and landing pages using HTML, CSS, JavaScript, Material UI, Tailwind CSS and React.</w:t>
      </w:r>
    </w:p>
    <w:p>
      <w:pPr>
        <w:pStyle w:val="Heading1"/>
        <w:pBdr>
          <w:bottom w:val="single" w:sz="6" w:space="1" w:color="000000"/>
        </w:pBdr>
      </w:pPr>
      <w:r>
        <w:t>PROJECTS</w:t>
      </w:r>
    </w:p>
    <w:p>
      <w:pPr>
        <w:keepNext/>
        <w:spacing w:before="100"/>
      </w:pPr>
      <w:r>
        <w:rPr>
          <w:b/>
        </w:rPr>
        <w:t>OG Scope, ogscope.pk</w:t>
      </w:r>
      <w:r>
        <w:t xml:space="preserve"> | Next.js, SSR, Redis, Vercel</w:t>
      </w:r>
    </w:p>
    <w:p>
      <w:pPr>
        <w:spacing w:after="20"/>
        <w:ind w:left="255" w:hanging="170"/>
      </w:pPr>
      <w:r>
        <w:t>• Built a free, account-free Open Graph checker that shows estimated link preview cards for Facebook, LinkedIn, X, WhatsApp, Slack, Discord and Telegram.</w:t>
      </w:r>
    </w:p>
    <w:p>
      <w:pPr>
        <w:spacing w:after="20"/>
        <w:ind w:left="255" w:hanging="170"/>
      </w:pPr>
      <w:r>
        <w:t>• Implemented server-side page fetching and tag parsing so third-party HTML never reaches the browser.</w:t>
      </w:r>
    </w:p>
    <w:p>
      <w:pPr>
        <w:spacing w:after="20"/>
        <w:ind w:left="255" w:hanging="170"/>
      </w:pPr>
      <w:r>
        <w:t>• Secured the fetch pipeline by blocking localhost, private and link-local addresses and re-checking every redirect.</w:t>
      </w:r>
    </w:p>
    <w:p>
      <w:pPr>
        <w:spacing w:after="20"/>
        <w:ind w:left="255" w:hanging="170"/>
      </w:pPr>
      <w:r>
        <w:t>• Added a short-lived (about 10 minutes) shared Redis cache and per-client rate limiting to keep the free tool fast and predictable.</w:t>
      </w:r>
    </w:p>
    <w:p>
      <w:pPr>
        <w:keepNext/>
        <w:spacing w:before="100"/>
      </w:pPr>
      <w:r>
        <w:rPr>
          <w:b/>
        </w:rPr>
        <w:t>Digital Dialogue, digitaldialogue.pk</w:t>
      </w:r>
      <w:r>
        <w:t xml:space="preserve"> | Next.js, TypeScript, Contentful, Tailwind CSS</w:t>
      </w:r>
    </w:p>
    <w:p>
      <w:pPr>
        <w:spacing w:after="20"/>
        <w:ind w:left="255" w:hanging="170"/>
      </w:pPr>
      <w:r>
        <w:t>• Designed and developed a Next.js App Router content platform powered by the Contentful headless CMS, with public source on GitHub.</w:t>
      </w:r>
    </w:p>
    <w:p>
      <w:pPr>
        <w:spacing w:after="20"/>
        <w:ind w:left="255" w:hanging="170"/>
      </w:pPr>
      <w:r>
        <w:t>• Rendered Contentful rich text through typed React components, and used Headless UI for keyboard-accessible interactive elements.</w:t>
      </w:r>
    </w:p>
    <w:p>
      <w:pPr>
        <w:spacing w:after="20"/>
        <w:ind w:left="255" w:hanging="170"/>
      </w:pPr>
      <w:r>
        <w:t>• Managed per-page metadata and Open Graph tags with next-seo on server-rendered pages for search and social sharing.</w:t>
      </w:r>
    </w:p>
    <w:p>
      <w:pPr>
        <w:keepNext/>
        <w:spacing w:before="100"/>
      </w:pPr>
      <w:r>
        <w:rPr>
          <w:b/>
        </w:rPr>
        <w:t>Meme Tap, memetap.pk</w:t>
      </w:r>
      <w:r>
        <w:t xml:space="preserve"> | Next.js, Vercel, Google Analytics</w:t>
      </w:r>
    </w:p>
    <w:p>
      <w:pPr>
        <w:spacing w:after="20"/>
        <w:ind w:left="255" w:hanging="170"/>
      </w:pPr>
      <w:r>
        <w:t>• Built a responsive meme soundboard with one-tap playback, category browsing, search, trending and random discovery modes.</w:t>
      </w:r>
    </w:p>
    <w:p>
      <w:pPr>
        <w:spacing w:after="20"/>
        <w:ind w:left="255" w:hanging="170"/>
      </w:pPr>
      <w:r>
        <w:t>• Implemented favourites saved on the visitor's device, plus download and share actions, so core features work without an account.</w:t>
      </w:r>
    </w:p>
    <w:p>
      <w:pPr>
        <w:keepNext/>
        <w:spacing w:before="100"/>
      </w:pPr>
      <w:r>
        <w:rPr>
          <w:b/>
        </w:rPr>
        <w:t xml:space="preserve">Developer Portfolio, </w:t>
      </w:r>
      <w:hyperlink r:id="rId9">
        <w:r>
          <w:rPr>
            <w:b/>
          </w:rPr>
          <w:t xml:space="preserve">abid-ali.dev</w:t>
        </w:r>
      </w:hyperlink>
      <w:r>
        <w:t xml:space="preserve"> | Next.js, Tailwind CSS, Vercel</w:t>
      </w:r>
    </w:p>
    <w:p>
      <w:pPr>
        <w:spacing w:after="20"/>
        <w:ind w:left="255" w:hanging="170"/>
      </w:pPr>
      <w:r>
        <w:t>• Built a statically prerendered Next.js App Router portfolio that scores 100 in Lighthouse Performance, Accessibility, Best Practices and SEO on desktop across its main pages.</w:t>
      </w:r>
    </w:p>
    <w:p>
      <w:pPr>
        <w:pStyle w:val="Heading1"/>
        <w:pBdr>
          <w:bottom w:val="single" w:sz="6" w:space="1" w:color="000000"/>
        </w:pBdr>
      </w:pPr>
      <w:r>
        <w:t>EDUCATION</w:t>
      </w:r>
    </w:p>
    <w:p>
      <w:pPr>
        <w:keepNext/>
        <w:spacing w:before="100"/>
      </w:pPr>
      <w:r>
        <w:rPr>
          <w:b/>
        </w:rPr>
        <w:t>Diploma of Associate Engineering (DAE), Computer Information Technology, DIMT</w:t>
      </w:r>
      <w:r>
        <w:t xml:space="preserve"> | 2018 – 2021</w:t>
      </w:r>
    </w:p>
    <w:p>
      <w:pPr>
        <w:pStyle w:val="Heading1"/>
        <w:pBdr>
          <w:bottom w:val="single" w:sz="6" w:space="1" w:color="000000"/>
        </w:pBdr>
      </w:pPr>
      <w:r>
        <w:t>LINKS</w:t>
      </w:r>
    </w:p>
    <w:p>
      <w:r>
        <w:rPr>
          <w:b w:val="0"/>
        </w:rPr>
        <w:t xml:space="preserve">Portfolio: </w:t>
      </w:r>
      <w:hyperlink r:id="rId9">
        <w:r>
          <w:rPr/>
          <w:t xml:space="preserve">abid-ali.dev</w:t>
        </w:r>
      </w:hyperlink>
    </w:p>
    <w:p>
      <w:r>
        <w:rPr>
          <w:b w:val="0"/>
        </w:rPr>
        <w:t>GitHub: https://github.com/abidali671</w:t>
      </w:r>
    </w:p>
    <w:p>
      <w:r>
        <w:rPr>
          <w:b w:val="0"/>
        </w:rPr>
        <w:t>LinkedIn: https://www.linkedin.com/in/abid-ali-89ab4a1bb</w:t>
      </w:r>
    </w:p>
    <w:p>
      <w:r>
        <w:rPr>
          <w:b w:val="0"/>
        </w:rPr>
        <w:t>Upwork: https://www.upwork.com/freelancers/abidali671</w:t>
      </w:r>
    </w:p>
    <w:p>
      <w:r>
        <w:rPr>
          <w:b w:val="0"/>
        </w:rPr>
        <w:t>Fiverr: https://www.fiverr.com/abidsaeed92</w:t>
      </w:r>
    </w:p>
    <w:sectPr w:rsidR="00FC693F" w:rsidRPr="0006063C" w:rsidSect="00034616">
      <w:pgSz w:w="12240" w:h="15840"/>
      <w:pgMar w:top="907" w:right="1077" w:bottom="907"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cs="Calibri" w:eastAsia="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cs="Calibri" w:eastAsia="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cs="Calibri" w:eastAsia="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cs="Calibri" w:eastAsia="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60"/>
      <w:outlineLvl w:val="0"/>
    </w:pPr>
    <w:rPr>
      <w:rFonts w:ascii="Calibri" w:hAnsi="Calibri" w:eastAsia="Calibri" w:cs="Calibri"/>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0"/>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abid-ali.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Abid Ali - Full Stack Developer CV</dc:title>
  <dc:subject/>
  <dc:creator>Abid Ali</dc:creator>
  <cp:keywords>Full Stack Developer, React, Next.js, TypeScript, Node.js, React Native, MERN</cp:keywords>
  <dc:description>generated by python-docx</dc:description>
  <cp:lastModifiedBy/>
  <cp:revision>1</cp:revision>
  <dcterms:created xsi:type="dcterms:W3CDTF">2013-12-23T23:15:00Z</dcterms:created>
  <dcterms:modified xsi:type="dcterms:W3CDTF">2013-12-23T23:15:00Z</dcterms:modified>
  <cp:category/>
</cp:coreProperties>
</file>